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00D5" w14:textId="77777777" w:rsidR="00FC2FF6" w:rsidRPr="003B0A78" w:rsidRDefault="00411BCB">
      <w:pPr>
        <w:jc w:val="center"/>
        <w:rPr>
          <w:szCs w:val="24"/>
          <w:lang w:val="ru-RU"/>
        </w:rPr>
      </w:pPr>
      <w:r w:rsidRPr="003B0A78">
        <w:rPr>
          <w:b/>
          <w:szCs w:val="24"/>
          <w:lang w:val="ru-RU"/>
        </w:rPr>
        <w:t>ПОЛИТИКА</w:t>
      </w:r>
      <w:r w:rsidRPr="003B0A78">
        <w:rPr>
          <w:b/>
          <w:szCs w:val="24"/>
          <w:lang w:val="ru-RU"/>
        </w:rPr>
        <w:br/>
        <w:t>В ОТНОШЕНИИ ОБРАБОТКИ ПЕРСОНАЛЬНЫХ ДАННЫХ</w:t>
      </w:r>
    </w:p>
    <w:p w14:paraId="47F4A2D3" w14:textId="77777777" w:rsidR="00FC2FF6" w:rsidRPr="00411BCB" w:rsidRDefault="00411BCB">
      <w:pPr>
        <w:spacing w:before="200"/>
        <w:rPr>
          <w:lang w:val="ru-RU"/>
        </w:rPr>
      </w:pPr>
      <w:r w:rsidRPr="00411BCB">
        <w:rPr>
          <w:b/>
          <w:sz w:val="26"/>
          <w:lang w:val="ru-RU"/>
        </w:rPr>
        <w:t>1. Общие положения</w:t>
      </w:r>
    </w:p>
    <w:p w14:paraId="0F176261" w14:textId="413F25D8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Настоящая политика обработки персональных данных составлена в соответствии с требованиями Федерального закона от 27.07.2006 № 152-ФЗ «О персональных данных» (далее </w:t>
      </w:r>
      <w:r>
        <w:rPr>
          <w:lang w:val="ru-RU"/>
        </w:rPr>
        <w:t>-</w:t>
      </w:r>
      <w:r w:rsidRPr="00411BCB">
        <w:rPr>
          <w:lang w:val="ru-RU"/>
        </w:rPr>
        <w:t xml:space="preserve">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 ИП Беловой </w:t>
      </w:r>
      <w:proofErr w:type="spellStart"/>
      <w:r w:rsidRPr="00411BCB">
        <w:rPr>
          <w:lang w:val="ru-RU"/>
        </w:rPr>
        <w:t>Лилит</w:t>
      </w:r>
      <w:proofErr w:type="spellEnd"/>
      <w:r w:rsidRPr="00411BCB">
        <w:rPr>
          <w:lang w:val="ru-RU"/>
        </w:rPr>
        <w:t xml:space="preserve"> </w:t>
      </w:r>
      <w:proofErr w:type="spellStart"/>
      <w:r w:rsidRPr="00411BCB">
        <w:rPr>
          <w:lang w:val="ru-RU"/>
        </w:rPr>
        <w:t>Гайковной</w:t>
      </w:r>
      <w:proofErr w:type="spellEnd"/>
      <w:r w:rsidR="003B0A78" w:rsidRPr="003B0A78">
        <w:rPr>
          <w:lang w:val="ru-RU"/>
        </w:rPr>
        <w:t xml:space="preserve"> </w:t>
      </w:r>
      <w:r w:rsidR="003B0A78">
        <w:rPr>
          <w:lang w:val="ru-RU"/>
        </w:rPr>
        <w:t>ИНН: 343658654971, ОГРНИП: 324344300035677</w:t>
      </w:r>
      <w:r w:rsidRPr="00411BCB">
        <w:rPr>
          <w:lang w:val="ru-RU"/>
        </w:rPr>
        <w:t xml:space="preserve"> (далее </w:t>
      </w:r>
      <w:r>
        <w:rPr>
          <w:lang w:val="ru-RU"/>
        </w:rPr>
        <w:t>-</w:t>
      </w:r>
      <w:r w:rsidRPr="00411BCB">
        <w:rPr>
          <w:lang w:val="ru-RU"/>
        </w:rPr>
        <w:t xml:space="preserve"> Оператор).</w:t>
      </w:r>
    </w:p>
    <w:p w14:paraId="0F25E208" w14:textId="77777777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3B5D08A0" w14:textId="2AB70786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1.2. Настоящая политика Оператора в отношении обработки персональных данных (далее </w:t>
      </w:r>
      <w:r>
        <w:rPr>
          <w:lang w:val="ru-RU"/>
        </w:rPr>
        <w:t>-</w:t>
      </w:r>
      <w:r w:rsidRPr="00411BCB">
        <w:rPr>
          <w:lang w:val="ru-RU"/>
        </w:rPr>
        <w:t xml:space="preserve"> Политика) применяется ко всей информации, которую Оператор может получить о посетителях веб-сайта</w:t>
      </w:r>
      <w:r>
        <w:rPr>
          <w:lang w:val="ru-RU"/>
        </w:rPr>
        <w:t>:</w:t>
      </w:r>
      <w:r w:rsidRPr="00411BCB"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чиллхаус.рф</w:t>
      </w:r>
      <w:proofErr w:type="spellEnd"/>
      <w:proofErr w:type="gramEnd"/>
    </w:p>
    <w:p w14:paraId="7B20B30B" w14:textId="77777777" w:rsidR="00FC2FF6" w:rsidRPr="00411BCB" w:rsidRDefault="00411BCB" w:rsidP="00411BCB">
      <w:pPr>
        <w:spacing w:before="200"/>
        <w:jc w:val="both"/>
        <w:rPr>
          <w:lang w:val="ru-RU"/>
        </w:rPr>
      </w:pPr>
      <w:r w:rsidRPr="00411BCB">
        <w:rPr>
          <w:b/>
          <w:sz w:val="26"/>
          <w:lang w:val="ru-RU"/>
        </w:rPr>
        <w:t>2. Основные понятия, используемые в Политике</w:t>
      </w:r>
    </w:p>
    <w:p w14:paraId="3081B3CB" w14:textId="7AFBA867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2.1. Автоматизированная обработка персональных данных </w:t>
      </w:r>
      <w:r>
        <w:rPr>
          <w:lang w:val="ru-RU"/>
        </w:rPr>
        <w:t>-</w:t>
      </w:r>
      <w:r w:rsidRPr="00411BCB">
        <w:rPr>
          <w:lang w:val="ru-RU"/>
        </w:rPr>
        <w:t xml:space="preserve"> обработка персональных данных с помощью средств вычислительной техники.</w:t>
      </w:r>
    </w:p>
    <w:p w14:paraId="7ADB43E4" w14:textId="6101CFF4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2.2. Блокирование персональных данных </w:t>
      </w:r>
      <w:r>
        <w:rPr>
          <w:lang w:val="ru-RU"/>
        </w:rPr>
        <w:t>-</w:t>
      </w:r>
      <w:r w:rsidRPr="00411BCB">
        <w:rPr>
          <w:lang w:val="ru-RU"/>
        </w:rPr>
        <w:t xml:space="preserve">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48C8772A" w14:textId="15046781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2.3. Веб-сайт </w:t>
      </w:r>
      <w:r>
        <w:rPr>
          <w:lang w:val="ru-RU"/>
        </w:rPr>
        <w:t>-</w:t>
      </w:r>
      <w:r w:rsidRPr="00411BCB">
        <w:rPr>
          <w:lang w:val="ru-RU"/>
        </w:rPr>
        <w:t xml:space="preserve">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</w:t>
      </w:r>
      <w:r>
        <w:rPr>
          <w:lang w:val="ru-RU"/>
        </w:rPr>
        <w:t>:</w:t>
      </w:r>
      <w:r w:rsidRPr="00411BCB"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чиллхаус.рф</w:t>
      </w:r>
      <w:proofErr w:type="spellEnd"/>
      <w:proofErr w:type="gramEnd"/>
    </w:p>
    <w:p w14:paraId="4D90717B" w14:textId="3C649F54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2.4. Информационная система персональных данных </w:t>
      </w:r>
      <w:r>
        <w:rPr>
          <w:lang w:val="ru-RU"/>
        </w:rPr>
        <w:t>-</w:t>
      </w:r>
      <w:r w:rsidRPr="00411BCB">
        <w:rPr>
          <w:lang w:val="ru-RU"/>
        </w:rPr>
        <w:t xml:space="preserve">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395E52C0" w14:textId="0BEF432E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2.5. Обезличивание персональных данных </w:t>
      </w:r>
      <w:r>
        <w:rPr>
          <w:lang w:val="ru-RU"/>
        </w:rPr>
        <w:t>-</w:t>
      </w:r>
      <w:r w:rsidRPr="00411BCB">
        <w:rPr>
          <w:lang w:val="ru-RU"/>
        </w:rPr>
        <w:t xml:space="preserve">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72996C22" w14:textId="58AAA667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2.6. Обработка персональных данных </w:t>
      </w:r>
      <w:r>
        <w:rPr>
          <w:lang w:val="ru-RU"/>
        </w:rPr>
        <w:t>-</w:t>
      </w:r>
      <w:r w:rsidRPr="00411BCB">
        <w:rPr>
          <w:lang w:val="ru-RU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2D65322" w14:textId="1EBFEDFE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2.7. Оператор </w:t>
      </w:r>
      <w:r>
        <w:rPr>
          <w:lang w:val="ru-RU"/>
        </w:rPr>
        <w:t>-</w:t>
      </w:r>
      <w:r w:rsidRPr="00411BCB">
        <w:rPr>
          <w:lang w:val="ru-RU"/>
        </w:rPr>
        <w:t xml:space="preserve"> государственный орган, муниципальный орган, юридическое или физическое лицо, самостоятельно или совместно с другими лицами организующие и/или осуществляющие </w:t>
      </w:r>
      <w:r w:rsidRPr="00411BCB">
        <w:rPr>
          <w:lang w:val="ru-RU"/>
        </w:rPr>
        <w:lastRenderedPageBreak/>
        <w:t>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733FFFB6" w14:textId="213898D2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2.8. Персональные данные </w:t>
      </w:r>
      <w:r>
        <w:rPr>
          <w:lang w:val="ru-RU"/>
        </w:rPr>
        <w:t>-</w:t>
      </w:r>
      <w:r w:rsidRPr="00411BCB">
        <w:rPr>
          <w:lang w:val="ru-RU"/>
        </w:rPr>
        <w:t xml:space="preserve"> любая информация, относящаяся прямо или косвенно к определенному или определяемому Пользователю веб-сайта</w:t>
      </w:r>
      <w:r>
        <w:rPr>
          <w:lang w:val="ru-RU"/>
        </w:rPr>
        <w:t xml:space="preserve">: </w:t>
      </w:r>
      <w:proofErr w:type="spellStart"/>
      <w:proofErr w:type="gramStart"/>
      <w:r>
        <w:rPr>
          <w:lang w:val="ru-RU"/>
        </w:rPr>
        <w:t>чиллхаус.рф</w:t>
      </w:r>
      <w:proofErr w:type="spellEnd"/>
      <w:proofErr w:type="gramEnd"/>
    </w:p>
    <w:p w14:paraId="7941EA71" w14:textId="307D1286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2.9. Персональные данные, разрешенные субъектом персональных данных для распространения, </w:t>
      </w:r>
      <w:r>
        <w:rPr>
          <w:lang w:val="ru-RU"/>
        </w:rPr>
        <w:t>-</w:t>
      </w:r>
      <w:r w:rsidRPr="00411BCB">
        <w:rPr>
          <w:lang w:val="ru-RU"/>
        </w:rPr>
        <w:t xml:space="preserve">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</w:t>
      </w:r>
      <w:r w:rsidR="00A3373C">
        <w:rPr>
          <w:lang w:val="ru-RU"/>
        </w:rPr>
        <w:t xml:space="preserve"> (далее – персональные данные, разрешенные для распространения).</w:t>
      </w:r>
    </w:p>
    <w:p w14:paraId="70CBF599" w14:textId="126BF404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2.10. Пользователь </w:t>
      </w:r>
      <w:r>
        <w:rPr>
          <w:lang w:val="ru-RU"/>
        </w:rPr>
        <w:t>-</w:t>
      </w:r>
      <w:r w:rsidRPr="00411BCB">
        <w:rPr>
          <w:lang w:val="ru-RU"/>
        </w:rPr>
        <w:t xml:space="preserve"> любой посетитель веб-сайта</w:t>
      </w:r>
      <w:r>
        <w:rPr>
          <w:lang w:val="ru-RU"/>
        </w:rPr>
        <w:t xml:space="preserve">: </w:t>
      </w:r>
      <w:proofErr w:type="spellStart"/>
      <w:proofErr w:type="gramStart"/>
      <w:r>
        <w:rPr>
          <w:lang w:val="ru-RU"/>
        </w:rPr>
        <w:t>чиллхаус.рф</w:t>
      </w:r>
      <w:proofErr w:type="spellEnd"/>
      <w:proofErr w:type="gramEnd"/>
    </w:p>
    <w:p w14:paraId="5B99D4DC" w14:textId="1D8CF3A3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2.11. Предоставление персональных данных </w:t>
      </w:r>
      <w:r>
        <w:rPr>
          <w:lang w:val="ru-RU"/>
        </w:rPr>
        <w:t>-</w:t>
      </w:r>
      <w:r w:rsidRPr="00411BCB">
        <w:rPr>
          <w:lang w:val="ru-RU"/>
        </w:rPr>
        <w:t xml:space="preserve"> действия, направленные на раскрытие персональных данных определенному лицу или определенному кругу лиц.</w:t>
      </w:r>
    </w:p>
    <w:p w14:paraId="3787D384" w14:textId="6816CBB8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2.12. Распространение персональных данных </w:t>
      </w:r>
      <w:r>
        <w:rPr>
          <w:lang w:val="ru-RU"/>
        </w:rPr>
        <w:t>-</w:t>
      </w:r>
      <w:r w:rsidRPr="00411BCB">
        <w:rPr>
          <w:lang w:val="ru-RU"/>
        </w:rPr>
        <w:t xml:space="preserve"> любые действия, направленные на раскрытие персональных данных неопределенному кругу лиц </w:t>
      </w:r>
      <w:r w:rsidR="00A3373C">
        <w:rPr>
          <w:lang w:val="ru-RU"/>
        </w:rPr>
        <w:t xml:space="preserve">(передача персональных данных) </w:t>
      </w:r>
      <w:r w:rsidRPr="00411BCB">
        <w:rPr>
          <w:lang w:val="ru-RU"/>
        </w:rPr>
        <w:t>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70CA2F64" w14:textId="448EA0C4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2.13. Трансграничная передача персональных данных </w:t>
      </w:r>
      <w:r>
        <w:rPr>
          <w:lang w:val="ru-RU"/>
        </w:rPr>
        <w:t>-</w:t>
      </w:r>
      <w:r w:rsidRPr="00411BCB">
        <w:rPr>
          <w:lang w:val="ru-RU"/>
        </w:rPr>
        <w:t xml:space="preserve">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1788F143" w14:textId="3FFC3564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2.14. Уничтожение персональных данных </w:t>
      </w:r>
      <w:r>
        <w:rPr>
          <w:lang w:val="ru-RU"/>
        </w:rPr>
        <w:t>-</w:t>
      </w:r>
      <w:r w:rsidRPr="00411BCB">
        <w:rPr>
          <w:lang w:val="ru-RU"/>
        </w:rPr>
        <w:t xml:space="preserve"> любые действия, в результате которых персональные данные уничтожаются безвозвратно с невозможностью дальнейшего восстановления их содержания в информационной системе персональных данных и/или уничтожаются материальные носители персональных данных.</w:t>
      </w:r>
    </w:p>
    <w:p w14:paraId="7B9C5A66" w14:textId="77777777" w:rsidR="00FC2FF6" w:rsidRPr="00411BCB" w:rsidRDefault="00411BCB">
      <w:pPr>
        <w:spacing w:before="200"/>
        <w:rPr>
          <w:lang w:val="ru-RU"/>
        </w:rPr>
      </w:pPr>
      <w:r w:rsidRPr="00411BCB">
        <w:rPr>
          <w:b/>
          <w:sz w:val="26"/>
          <w:lang w:val="ru-RU"/>
        </w:rPr>
        <w:t>3. Основные права и обязанности Оператора</w:t>
      </w:r>
    </w:p>
    <w:p w14:paraId="3844EAB3" w14:textId="407F8D41" w:rsidR="00FC2FF6" w:rsidRPr="00411BCB" w:rsidRDefault="00411BCB">
      <w:pPr>
        <w:rPr>
          <w:lang w:val="ru-RU"/>
        </w:rPr>
      </w:pPr>
      <w:r w:rsidRPr="00411BCB">
        <w:rPr>
          <w:lang w:val="ru-RU"/>
        </w:rPr>
        <w:t>3.1. Оператор имеет право:</w:t>
      </w:r>
      <w:r w:rsidRPr="00411BCB">
        <w:rPr>
          <w:lang w:val="ru-RU"/>
        </w:rPr>
        <w:br/>
      </w:r>
      <w:r>
        <w:rPr>
          <w:lang w:val="ru-RU"/>
        </w:rPr>
        <w:t>-</w:t>
      </w:r>
      <w:r w:rsidRPr="00411BCB">
        <w:rPr>
          <w:lang w:val="ru-RU"/>
        </w:rPr>
        <w:t xml:space="preserve"> получать от субъекта персональных данных достоверные информацию и/или документы, содержащие персональные данные;</w:t>
      </w:r>
      <w:r w:rsidRPr="00411BCB">
        <w:rPr>
          <w:lang w:val="ru-RU"/>
        </w:rPr>
        <w:br/>
      </w:r>
      <w:r>
        <w:rPr>
          <w:lang w:val="ru-RU"/>
        </w:rPr>
        <w:t>-</w:t>
      </w:r>
      <w:r w:rsidRPr="00411BCB">
        <w:rPr>
          <w:lang w:val="ru-RU"/>
        </w:rPr>
        <w:t xml:space="preserve"> в случае отзыва субъектом персональных данных согласия на обработку персональных данных, а также направления обращения с требованием о прекращении обработки персональных данных, </w:t>
      </w:r>
      <w:r w:rsidR="00A3373C">
        <w:rPr>
          <w:lang w:val="ru-RU"/>
        </w:rPr>
        <w:t xml:space="preserve">Оператор вправе </w:t>
      </w:r>
      <w:r w:rsidRPr="00411BCB">
        <w:rPr>
          <w:lang w:val="ru-RU"/>
        </w:rPr>
        <w:t>продолжить обработку без согласия субъекта при наличии оснований, предусмотренных Законом о персональных данных;</w:t>
      </w:r>
      <w:r w:rsidRPr="00411BCB">
        <w:rPr>
          <w:lang w:val="ru-RU"/>
        </w:rPr>
        <w:br/>
      </w:r>
      <w:r>
        <w:rPr>
          <w:lang w:val="ru-RU"/>
        </w:rPr>
        <w:t>-</w:t>
      </w:r>
      <w:r w:rsidRPr="00411BCB">
        <w:rPr>
          <w:lang w:val="ru-RU"/>
        </w:rPr>
        <w:t xml:space="preserve"> самостоятельно определять состав и перечень мер, необходимых и достаточных для обеспечения выполнения обязанностей, предусмотренных </w:t>
      </w:r>
      <w:r w:rsidR="00C626C6">
        <w:rPr>
          <w:lang w:val="ru-RU"/>
        </w:rPr>
        <w:t>Законом о персональных данных или другими федеральными законами.</w:t>
      </w:r>
    </w:p>
    <w:p w14:paraId="46ECA161" w14:textId="22CF591B" w:rsidR="00FC2FF6" w:rsidRPr="00411BCB" w:rsidRDefault="00411BCB">
      <w:pPr>
        <w:rPr>
          <w:lang w:val="ru-RU"/>
        </w:rPr>
      </w:pPr>
      <w:r w:rsidRPr="00411BCB">
        <w:rPr>
          <w:lang w:val="ru-RU"/>
        </w:rPr>
        <w:lastRenderedPageBreak/>
        <w:t>3.2. Оператор обязан:</w:t>
      </w:r>
      <w:r w:rsidRPr="00411BCB">
        <w:rPr>
          <w:lang w:val="ru-RU"/>
        </w:rPr>
        <w:br/>
      </w:r>
      <w:r>
        <w:rPr>
          <w:lang w:val="ru-RU"/>
        </w:rPr>
        <w:t>-</w:t>
      </w:r>
      <w:r w:rsidRPr="00411BCB">
        <w:rPr>
          <w:lang w:val="ru-RU"/>
        </w:rPr>
        <w:t xml:space="preserve"> предоставлять субъекту персональных данных по его просьбе информацию, касающуюся обработки его персональных данных;</w:t>
      </w:r>
      <w:r w:rsidRPr="00411BCB">
        <w:rPr>
          <w:lang w:val="ru-RU"/>
        </w:rPr>
        <w:br/>
      </w:r>
      <w:r>
        <w:rPr>
          <w:lang w:val="ru-RU"/>
        </w:rPr>
        <w:t>-</w:t>
      </w:r>
      <w:r w:rsidRPr="00411BCB">
        <w:rPr>
          <w:lang w:val="ru-RU"/>
        </w:rPr>
        <w:t xml:space="preserve"> организовывать обработку персональных данных в порядке, установленном действующим законодательством РФ;</w:t>
      </w:r>
      <w:r w:rsidRPr="00411BCB">
        <w:rPr>
          <w:lang w:val="ru-RU"/>
        </w:rPr>
        <w:br/>
      </w:r>
      <w:r>
        <w:rPr>
          <w:lang w:val="ru-RU"/>
        </w:rPr>
        <w:t xml:space="preserve">- </w:t>
      </w:r>
      <w:r w:rsidRPr="00411BCB">
        <w:rPr>
          <w:lang w:val="ru-RU"/>
        </w:rPr>
        <w:t>отвечать на обращения и запросы субъектов персональных данных и их законных представителей</w:t>
      </w:r>
      <w:r w:rsidR="001110C7">
        <w:rPr>
          <w:lang w:val="ru-RU"/>
        </w:rPr>
        <w:t xml:space="preserve"> в соответствии с требованиями Закона о персональных данных;</w:t>
      </w:r>
      <w:r w:rsidRPr="00411BCB">
        <w:rPr>
          <w:lang w:val="ru-RU"/>
        </w:rPr>
        <w:br/>
      </w:r>
      <w:r>
        <w:rPr>
          <w:lang w:val="ru-RU"/>
        </w:rPr>
        <w:t>-</w:t>
      </w:r>
      <w:r w:rsidRPr="00411BCB">
        <w:rPr>
          <w:lang w:val="ru-RU"/>
        </w:rPr>
        <w:t xml:space="preserve"> сообщать уполномоченному органу по защите прав субъектов персональных данных по его запросу необходимую информацию в установленный законом срок;</w:t>
      </w:r>
      <w:r w:rsidRPr="00411BCB">
        <w:rPr>
          <w:lang w:val="ru-RU"/>
        </w:rPr>
        <w:br/>
      </w:r>
      <w:r>
        <w:rPr>
          <w:lang w:val="ru-RU"/>
        </w:rPr>
        <w:t>-</w:t>
      </w:r>
      <w:r w:rsidRPr="00411BCB">
        <w:rPr>
          <w:lang w:val="ru-RU"/>
        </w:rPr>
        <w:t xml:space="preserve"> </w:t>
      </w:r>
      <w:r w:rsidR="001110C7">
        <w:rPr>
          <w:lang w:val="ru-RU"/>
        </w:rPr>
        <w:t>публиковать или иным образом обеспечивать неограниченный доступ к настоящей Политике в отношении обработки персональных данных;</w:t>
      </w:r>
      <w:r w:rsidRPr="00411BCB">
        <w:rPr>
          <w:lang w:val="ru-RU"/>
        </w:rPr>
        <w:br/>
      </w:r>
      <w:r>
        <w:rPr>
          <w:lang w:val="ru-RU"/>
        </w:rPr>
        <w:t xml:space="preserve">- </w:t>
      </w:r>
      <w:r w:rsidRPr="00411BCB">
        <w:rPr>
          <w:lang w:val="ru-RU"/>
        </w:rPr>
        <w:t>п</w:t>
      </w:r>
      <w:r w:rsidR="001110C7">
        <w:rPr>
          <w:lang w:val="ru-RU"/>
        </w:rPr>
        <w:t>рекратить передачу (распространение, предоставление, доступ) персональных данных, прекратить обработку и уничтожить персональные данные в порядке и в случаях, предусмотренных Законом о персональных данных;</w:t>
      </w:r>
      <w:r w:rsidRPr="00411BCB">
        <w:rPr>
          <w:lang w:val="ru-RU"/>
        </w:rPr>
        <w:br/>
      </w:r>
      <w:r>
        <w:rPr>
          <w:lang w:val="ru-RU"/>
        </w:rPr>
        <w:t>-</w:t>
      </w:r>
      <w:r w:rsidRPr="00411BCB">
        <w:rPr>
          <w:lang w:val="ru-RU"/>
        </w:rPr>
        <w:t xml:space="preserve"> исполнять иные обязанности, предусмотренные </w:t>
      </w:r>
      <w:r w:rsidR="001110C7">
        <w:rPr>
          <w:lang w:val="ru-RU"/>
        </w:rPr>
        <w:t>Законом о персональных данных.</w:t>
      </w:r>
    </w:p>
    <w:p w14:paraId="7EF7E398" w14:textId="77777777" w:rsidR="00FC2FF6" w:rsidRPr="00411BCB" w:rsidRDefault="00411BCB">
      <w:pPr>
        <w:spacing w:before="200"/>
        <w:rPr>
          <w:lang w:val="ru-RU"/>
        </w:rPr>
      </w:pPr>
      <w:r w:rsidRPr="00411BCB">
        <w:rPr>
          <w:b/>
          <w:sz w:val="26"/>
          <w:lang w:val="ru-RU"/>
        </w:rPr>
        <w:t>4. Основные права и обязанности субъектов персональных данных</w:t>
      </w:r>
    </w:p>
    <w:p w14:paraId="191BA70B" w14:textId="77777777" w:rsidR="001110C7" w:rsidRDefault="00411BCB" w:rsidP="001110C7">
      <w:pPr>
        <w:contextualSpacing/>
        <w:rPr>
          <w:rFonts w:cs="Times New Roman"/>
          <w:lang w:val="ru-RU"/>
        </w:rPr>
      </w:pPr>
      <w:r w:rsidRPr="00411BCB">
        <w:rPr>
          <w:lang w:val="ru-RU"/>
        </w:rPr>
        <w:t>4.1. Субъекты персональных данных имеют право:</w:t>
      </w:r>
      <w:r w:rsidRPr="00411BCB">
        <w:rPr>
          <w:lang w:val="ru-RU"/>
        </w:rPr>
        <w:br/>
      </w:r>
      <w:r w:rsidRPr="001110C7">
        <w:rPr>
          <w:rFonts w:cs="Times New Roman"/>
          <w:lang w:val="ru-RU"/>
        </w:rPr>
        <w:t xml:space="preserve">- </w:t>
      </w:r>
      <w:r w:rsidR="001110C7" w:rsidRPr="001110C7">
        <w:rPr>
          <w:rFonts w:cs="Times New Roman"/>
          <w:szCs w:val="24"/>
          <w:lang w:val="ru-RU"/>
        </w:rPr>
        <w:t>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14:paraId="7ADD660F" w14:textId="4D89053A" w:rsidR="001110C7" w:rsidRPr="001110C7" w:rsidRDefault="001110C7" w:rsidP="001110C7">
      <w:pPr>
        <w:contextualSpacing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- </w:t>
      </w:r>
      <w:r w:rsidRPr="001110C7">
        <w:rPr>
          <w:rFonts w:cs="Times New Roman"/>
          <w:szCs w:val="24"/>
          <w:lang w:val="ru-RU"/>
        </w:rPr>
        <w:t>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14:paraId="1AA1505A" w14:textId="653C7A36" w:rsidR="001110C7" w:rsidRPr="001110C7" w:rsidRDefault="001110C7" w:rsidP="001110C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contextualSpacing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- </w:t>
      </w:r>
      <w:r w:rsidRPr="001110C7">
        <w:rPr>
          <w:rFonts w:cs="Times New Roman"/>
          <w:szCs w:val="24"/>
          <w:lang w:val="ru-RU"/>
        </w:rPr>
        <w:t>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14:paraId="39944CC2" w14:textId="3BECA263" w:rsidR="001110C7" w:rsidRPr="001110C7" w:rsidRDefault="001110C7" w:rsidP="001110C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contextualSpacing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-</w:t>
      </w:r>
      <w:r w:rsidRPr="001110C7">
        <w:rPr>
          <w:rFonts w:cs="Times New Roman"/>
          <w:szCs w:val="24"/>
          <w:lang w:val="ru-RU"/>
        </w:rPr>
        <w:t>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14:paraId="095193EF" w14:textId="13805D3E" w:rsidR="001110C7" w:rsidRPr="001110C7" w:rsidRDefault="001110C7" w:rsidP="001110C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contextualSpacing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- </w:t>
      </w:r>
      <w:r w:rsidRPr="001110C7">
        <w:rPr>
          <w:rFonts w:cs="Times New Roman"/>
          <w:szCs w:val="24"/>
          <w:lang w:val="ru-RU"/>
        </w:rPr>
        <w:t>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14:paraId="06E34ADD" w14:textId="300D1BB2" w:rsidR="00FC2FF6" w:rsidRPr="001110C7" w:rsidRDefault="001110C7" w:rsidP="001110C7">
      <w:pPr>
        <w:spacing w:line="240" w:lineRule="auto"/>
        <w:contextualSpacing/>
        <w:rPr>
          <w:rFonts w:cs="Times New Roman"/>
          <w:lang w:val="ru-RU"/>
        </w:rPr>
      </w:pPr>
      <w:r>
        <w:rPr>
          <w:rFonts w:cs="Times New Roman"/>
          <w:szCs w:val="24"/>
          <w:lang w:val="ru-RU"/>
        </w:rPr>
        <w:t>-</w:t>
      </w:r>
      <w:r w:rsidRPr="001110C7">
        <w:rPr>
          <w:rFonts w:cs="Times New Roman"/>
          <w:szCs w:val="24"/>
          <w:lang w:val="ru-RU"/>
        </w:rPr>
        <w:t> на осуществление иных прав, предусмотренных законодательством РФ.</w:t>
      </w:r>
    </w:p>
    <w:p w14:paraId="58BBB183" w14:textId="4E022799" w:rsidR="00FC2FF6" w:rsidRPr="00411BCB" w:rsidRDefault="00411BCB">
      <w:pPr>
        <w:rPr>
          <w:lang w:val="ru-RU"/>
        </w:rPr>
      </w:pPr>
      <w:r w:rsidRPr="00411BCB">
        <w:rPr>
          <w:lang w:val="ru-RU"/>
        </w:rPr>
        <w:t>4.2. Субъекты персональных данных обязаны:</w:t>
      </w:r>
      <w:r w:rsidRPr="00411BCB">
        <w:rPr>
          <w:lang w:val="ru-RU"/>
        </w:rPr>
        <w:br/>
      </w:r>
      <w:r>
        <w:rPr>
          <w:lang w:val="ru-RU"/>
        </w:rPr>
        <w:t>-</w:t>
      </w:r>
      <w:r w:rsidRPr="00411BCB">
        <w:rPr>
          <w:lang w:val="ru-RU"/>
        </w:rPr>
        <w:t xml:space="preserve"> предоставлять Оператору достоверные данные о себе;</w:t>
      </w:r>
      <w:r w:rsidRPr="00411BCB">
        <w:rPr>
          <w:lang w:val="ru-RU"/>
        </w:rPr>
        <w:br/>
      </w:r>
      <w:r>
        <w:rPr>
          <w:lang w:val="ru-RU"/>
        </w:rPr>
        <w:t>-</w:t>
      </w:r>
      <w:r w:rsidRPr="00411BCB">
        <w:rPr>
          <w:lang w:val="ru-RU"/>
        </w:rPr>
        <w:t xml:space="preserve"> сообщать Оператору об уточнении (обновлении, изменении) своих персональных данных.</w:t>
      </w:r>
    </w:p>
    <w:p w14:paraId="3395D564" w14:textId="77777777" w:rsidR="00FC2FF6" w:rsidRPr="00411BCB" w:rsidRDefault="00411BCB" w:rsidP="00235342">
      <w:pPr>
        <w:jc w:val="both"/>
        <w:rPr>
          <w:lang w:val="ru-RU"/>
        </w:rPr>
      </w:pPr>
      <w:r w:rsidRPr="00411BCB">
        <w:rPr>
          <w:lang w:val="ru-RU"/>
        </w:rPr>
        <w:lastRenderedPageBreak/>
        <w:t>4.3. Лица, передавшие Оператору недостоверные сведения о себе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16283F43" w14:textId="77777777" w:rsidR="00FC2FF6" w:rsidRPr="00411BCB" w:rsidRDefault="00411BCB">
      <w:pPr>
        <w:spacing w:before="200"/>
        <w:rPr>
          <w:lang w:val="ru-RU"/>
        </w:rPr>
      </w:pPr>
      <w:r w:rsidRPr="00411BCB">
        <w:rPr>
          <w:b/>
          <w:sz w:val="26"/>
          <w:lang w:val="ru-RU"/>
        </w:rPr>
        <w:t>5. Принципы обработки персональных данных</w:t>
      </w:r>
    </w:p>
    <w:p w14:paraId="210FB054" w14:textId="77777777" w:rsidR="00FC2FF6" w:rsidRPr="00411BCB" w:rsidRDefault="00411BCB" w:rsidP="00235342">
      <w:pPr>
        <w:jc w:val="both"/>
        <w:rPr>
          <w:lang w:val="ru-RU"/>
        </w:rPr>
      </w:pPr>
      <w:r w:rsidRPr="00411BCB">
        <w:rPr>
          <w:lang w:val="ru-RU"/>
        </w:rPr>
        <w:t>5.1. Обработка персональных данных осуществляется на законной и справедливой основе.</w:t>
      </w:r>
    </w:p>
    <w:p w14:paraId="71EC48D3" w14:textId="77777777" w:rsidR="00FC2FF6" w:rsidRPr="00411BCB" w:rsidRDefault="00411BCB" w:rsidP="00235342">
      <w:pPr>
        <w:jc w:val="both"/>
        <w:rPr>
          <w:lang w:val="ru-RU"/>
        </w:rPr>
      </w:pPr>
      <w:r w:rsidRPr="00411BCB">
        <w:rPr>
          <w:lang w:val="ru-RU"/>
        </w:rPr>
        <w:t>5.2. Обработка персональных данных ограничивается достижением конкретных, заранее определенных и законных целей. Не допускается обработка, несовместимая с целями сбора персональных данных.</w:t>
      </w:r>
    </w:p>
    <w:p w14:paraId="10B2BD58" w14:textId="77777777" w:rsidR="00FC2FF6" w:rsidRPr="00411BCB" w:rsidRDefault="00411BCB" w:rsidP="00235342">
      <w:pPr>
        <w:jc w:val="both"/>
        <w:rPr>
          <w:lang w:val="ru-RU"/>
        </w:rPr>
      </w:pPr>
      <w:r w:rsidRPr="00411BCB">
        <w:rPr>
          <w:lang w:val="ru-RU"/>
        </w:rPr>
        <w:t>5.3.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341681A8" w14:textId="77777777" w:rsidR="00FC2FF6" w:rsidRPr="00411BCB" w:rsidRDefault="00411BCB" w:rsidP="00235342">
      <w:pPr>
        <w:jc w:val="both"/>
        <w:rPr>
          <w:lang w:val="ru-RU"/>
        </w:rPr>
      </w:pPr>
      <w:r w:rsidRPr="00411BCB">
        <w:rPr>
          <w:lang w:val="ru-RU"/>
        </w:rPr>
        <w:t>5.4. Обработке подлежат только персональные данные, которые отвечают целям их обработки.</w:t>
      </w:r>
    </w:p>
    <w:p w14:paraId="5E78D5B5" w14:textId="0B2C4354" w:rsidR="00FC2FF6" w:rsidRPr="00411BCB" w:rsidRDefault="00411BCB" w:rsidP="00235342">
      <w:pPr>
        <w:jc w:val="both"/>
        <w:rPr>
          <w:lang w:val="ru-RU"/>
        </w:rPr>
      </w:pPr>
      <w:r w:rsidRPr="00411BCB">
        <w:rPr>
          <w:lang w:val="ru-RU"/>
        </w:rPr>
        <w:t>5.5.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</w:t>
      </w:r>
      <w:r w:rsidR="001110C7">
        <w:rPr>
          <w:lang w:val="ru-RU"/>
        </w:rPr>
        <w:t>х по отношению к заявленным целям их обработки.</w:t>
      </w:r>
    </w:p>
    <w:p w14:paraId="5CAB6C20" w14:textId="5915423F" w:rsidR="00FC2FF6" w:rsidRPr="00411BCB" w:rsidRDefault="00411BCB" w:rsidP="00235342">
      <w:pPr>
        <w:jc w:val="both"/>
        <w:rPr>
          <w:lang w:val="ru-RU"/>
        </w:rPr>
      </w:pPr>
      <w:r w:rsidRPr="00411BCB">
        <w:rPr>
          <w:lang w:val="ru-RU"/>
        </w:rPr>
        <w:t>5.6. При обработке</w:t>
      </w:r>
      <w:r w:rsidR="001110C7">
        <w:rPr>
          <w:lang w:val="ru-RU"/>
        </w:rPr>
        <w:t xml:space="preserve"> персональных данных</w:t>
      </w:r>
      <w:r w:rsidRPr="00411BCB">
        <w:rPr>
          <w:lang w:val="ru-RU"/>
        </w:rPr>
        <w:t xml:space="preserve"> обеспечивается точность</w:t>
      </w:r>
      <w:r w:rsidR="001110C7">
        <w:rPr>
          <w:lang w:val="ru-RU"/>
        </w:rPr>
        <w:t xml:space="preserve"> персональных данных</w:t>
      </w:r>
      <w:r w:rsidRPr="00411BCB">
        <w:rPr>
          <w:lang w:val="ru-RU"/>
        </w:rPr>
        <w:t xml:space="preserve">, </w:t>
      </w:r>
      <w:r w:rsidR="001110C7">
        <w:rPr>
          <w:lang w:val="ru-RU"/>
        </w:rPr>
        <w:t xml:space="preserve">их </w:t>
      </w:r>
      <w:r w:rsidR="001110C7" w:rsidRPr="00411BCB">
        <w:rPr>
          <w:lang w:val="ru-RU"/>
        </w:rPr>
        <w:t>достаточность, а</w:t>
      </w:r>
      <w:r w:rsidR="001110C7">
        <w:rPr>
          <w:lang w:val="ru-RU"/>
        </w:rPr>
        <w:t xml:space="preserve"> в необходимых случаях</w:t>
      </w:r>
      <w:r w:rsidRPr="00411BCB">
        <w:rPr>
          <w:lang w:val="ru-RU"/>
        </w:rPr>
        <w:t xml:space="preserve"> </w:t>
      </w:r>
      <w:r w:rsidR="001110C7">
        <w:rPr>
          <w:lang w:val="ru-RU"/>
        </w:rPr>
        <w:t xml:space="preserve">и </w:t>
      </w:r>
      <w:r w:rsidRPr="00411BCB">
        <w:rPr>
          <w:lang w:val="ru-RU"/>
        </w:rPr>
        <w:t xml:space="preserve">актуальность </w:t>
      </w:r>
      <w:r w:rsidR="001110C7">
        <w:rPr>
          <w:lang w:val="ru-RU"/>
        </w:rPr>
        <w:t xml:space="preserve">по отношению к целям обработки персональных данных. </w:t>
      </w:r>
      <w:r w:rsidRPr="00411BCB">
        <w:rPr>
          <w:lang w:val="ru-RU"/>
        </w:rPr>
        <w:t xml:space="preserve">Оператор принимает необходимые меры </w:t>
      </w:r>
      <w:r w:rsidR="001110C7">
        <w:rPr>
          <w:lang w:val="ru-RU"/>
        </w:rPr>
        <w:t xml:space="preserve">и/или обеспечивает их принятие </w:t>
      </w:r>
      <w:r w:rsidRPr="00411BCB">
        <w:rPr>
          <w:lang w:val="ru-RU"/>
        </w:rPr>
        <w:t>по удалению или уточнению неполных или неточных данных.</w:t>
      </w:r>
    </w:p>
    <w:p w14:paraId="375FECA1" w14:textId="4E165E57" w:rsidR="00FC2FF6" w:rsidRPr="001110C7" w:rsidRDefault="00411BCB" w:rsidP="00235342">
      <w:pPr>
        <w:jc w:val="both"/>
        <w:rPr>
          <w:rFonts w:cs="Times New Roman"/>
          <w:lang w:val="ru-RU"/>
        </w:rPr>
      </w:pPr>
      <w:r w:rsidRPr="001110C7">
        <w:rPr>
          <w:rFonts w:cs="Times New Roman"/>
          <w:lang w:val="ru-RU"/>
        </w:rPr>
        <w:t xml:space="preserve">5.7. </w:t>
      </w:r>
      <w:r w:rsidR="001110C7" w:rsidRPr="001110C7">
        <w:rPr>
          <w:rFonts w:cs="Times New Roman"/>
          <w:szCs w:val="24"/>
          <w:lang w:val="ru-RU"/>
        </w:rPr>
        <w:t xml:space="preserve">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r w:rsidR="00235342" w:rsidRPr="001110C7">
        <w:rPr>
          <w:rFonts w:cs="Times New Roman"/>
          <w:szCs w:val="24"/>
          <w:lang w:val="ru-RU"/>
        </w:rPr>
        <w:t>поручителем,</w:t>
      </w:r>
      <w:r w:rsidR="001110C7" w:rsidRPr="001110C7">
        <w:rPr>
          <w:rFonts w:cs="Times New Roman"/>
          <w:szCs w:val="24"/>
          <w:lang w:val="ru-RU"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14:paraId="7605B0A1" w14:textId="77777777" w:rsidR="00FC2FF6" w:rsidRDefault="00411BCB">
      <w:pPr>
        <w:spacing w:before="200"/>
      </w:pPr>
      <w:r>
        <w:rPr>
          <w:b/>
          <w:sz w:val="26"/>
        </w:rPr>
        <w:t>6. Цели обработки персональных данных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39"/>
        <w:gridCol w:w="4840"/>
      </w:tblGrid>
      <w:tr w:rsidR="00FC2FF6" w:rsidRPr="003B0A78" w14:paraId="57555B92" w14:textId="77777777">
        <w:trPr>
          <w:jc w:val="center"/>
        </w:trPr>
        <w:tc>
          <w:tcPr>
            <w:tcW w:w="4844" w:type="dxa"/>
          </w:tcPr>
          <w:p w14:paraId="53561004" w14:textId="77777777" w:rsidR="00FC2FF6" w:rsidRDefault="00411BCB">
            <w:r>
              <w:t>Цель обработки</w:t>
            </w:r>
          </w:p>
        </w:tc>
        <w:tc>
          <w:tcPr>
            <w:tcW w:w="4844" w:type="dxa"/>
          </w:tcPr>
          <w:p w14:paraId="27B1494A" w14:textId="77777777" w:rsidR="00FC2FF6" w:rsidRPr="00411BCB" w:rsidRDefault="00411BCB">
            <w:pPr>
              <w:rPr>
                <w:lang w:val="ru-RU"/>
              </w:rPr>
            </w:pPr>
            <w:r w:rsidRPr="00411BCB">
              <w:rPr>
                <w:lang w:val="ru-RU"/>
              </w:rPr>
              <w:t>Информирование Пользователя посредством отправки электронных писем, а также взаимодействие с Пользователем по вопросам предоставления услуг.</w:t>
            </w:r>
          </w:p>
        </w:tc>
      </w:tr>
      <w:tr w:rsidR="00FC2FF6" w:rsidRPr="003B0A78" w14:paraId="0342B974" w14:textId="77777777">
        <w:trPr>
          <w:jc w:val="center"/>
        </w:trPr>
        <w:tc>
          <w:tcPr>
            <w:tcW w:w="4844" w:type="dxa"/>
          </w:tcPr>
          <w:p w14:paraId="00A6D905" w14:textId="77777777" w:rsidR="00FC2FF6" w:rsidRDefault="00411BCB">
            <w:proofErr w:type="spellStart"/>
            <w:r>
              <w:t>Персональные</w:t>
            </w:r>
            <w:proofErr w:type="spellEnd"/>
            <w:r>
              <w:t xml:space="preserve"> </w:t>
            </w:r>
            <w:proofErr w:type="spellStart"/>
            <w:r>
              <w:t>данные</w:t>
            </w:r>
            <w:proofErr w:type="spellEnd"/>
          </w:p>
        </w:tc>
        <w:tc>
          <w:tcPr>
            <w:tcW w:w="4844" w:type="dxa"/>
          </w:tcPr>
          <w:p w14:paraId="1BE0344A" w14:textId="77777777" w:rsidR="00FC2FF6" w:rsidRPr="00411BCB" w:rsidRDefault="00411BCB">
            <w:pPr>
              <w:rPr>
                <w:lang w:val="ru-RU"/>
              </w:rPr>
            </w:pPr>
            <w:r w:rsidRPr="00411BCB">
              <w:rPr>
                <w:lang w:val="ru-RU"/>
              </w:rPr>
              <w:t>Фамилия, имя, отчество; электронный адрес; номера телефонов.</w:t>
            </w:r>
          </w:p>
        </w:tc>
      </w:tr>
      <w:tr w:rsidR="00FC2FF6" w:rsidRPr="003B0A78" w14:paraId="0BDD76A1" w14:textId="77777777">
        <w:trPr>
          <w:jc w:val="center"/>
        </w:trPr>
        <w:tc>
          <w:tcPr>
            <w:tcW w:w="4844" w:type="dxa"/>
          </w:tcPr>
          <w:p w14:paraId="31D14975" w14:textId="77777777" w:rsidR="00FC2FF6" w:rsidRDefault="00411BCB">
            <w:proofErr w:type="spellStart"/>
            <w:r>
              <w:t>Правовые</w:t>
            </w:r>
            <w:proofErr w:type="spellEnd"/>
            <w:r>
              <w:t xml:space="preserve"> </w:t>
            </w:r>
            <w:proofErr w:type="spellStart"/>
            <w:r>
              <w:t>основания</w:t>
            </w:r>
            <w:proofErr w:type="spellEnd"/>
          </w:p>
        </w:tc>
        <w:tc>
          <w:tcPr>
            <w:tcW w:w="4844" w:type="dxa"/>
          </w:tcPr>
          <w:p w14:paraId="44FBD314" w14:textId="77777777" w:rsidR="00FC2FF6" w:rsidRPr="00411BCB" w:rsidRDefault="00411BCB">
            <w:pPr>
              <w:rPr>
                <w:lang w:val="ru-RU"/>
              </w:rPr>
            </w:pPr>
            <w:r w:rsidRPr="00411BCB">
              <w:rPr>
                <w:lang w:val="ru-RU"/>
              </w:rPr>
              <w:t>Федеральный закон от 27.07.2006 № 149-ФЗ «Об информации, информационных технологиях и о защите информации»; согласие субъекта персональных данных; исполнение договора либо действия по его заключению по инициативе субъекта.</w:t>
            </w:r>
          </w:p>
        </w:tc>
      </w:tr>
      <w:tr w:rsidR="00FC2FF6" w:rsidRPr="003B0A78" w14:paraId="4DC4676C" w14:textId="77777777">
        <w:trPr>
          <w:jc w:val="center"/>
        </w:trPr>
        <w:tc>
          <w:tcPr>
            <w:tcW w:w="4844" w:type="dxa"/>
          </w:tcPr>
          <w:p w14:paraId="4A1CBDE1" w14:textId="77777777" w:rsidR="00FC2FF6" w:rsidRDefault="00411BCB">
            <w:proofErr w:type="spellStart"/>
            <w:r>
              <w:lastRenderedPageBreak/>
              <w:t>Виды</w:t>
            </w:r>
            <w:proofErr w:type="spellEnd"/>
            <w:r>
              <w:t xml:space="preserve"> </w:t>
            </w:r>
            <w:proofErr w:type="spellStart"/>
            <w:r>
              <w:t>обработки</w:t>
            </w:r>
            <w:proofErr w:type="spellEnd"/>
          </w:p>
        </w:tc>
        <w:tc>
          <w:tcPr>
            <w:tcW w:w="4844" w:type="dxa"/>
          </w:tcPr>
          <w:p w14:paraId="4BAD2DD7" w14:textId="77777777" w:rsidR="00FC2FF6" w:rsidRPr="00411BCB" w:rsidRDefault="00411BCB">
            <w:pPr>
              <w:rPr>
                <w:lang w:val="ru-RU"/>
              </w:rPr>
            </w:pPr>
            <w:r w:rsidRPr="00411BCB">
              <w:rPr>
                <w:lang w:val="ru-RU"/>
              </w:rPr>
              <w:t>Сбор, запись, систематизация, накопление, хранение, уточнение, использование, удаление, уничтожение и обезличивание персональных данных.</w:t>
            </w:r>
          </w:p>
        </w:tc>
      </w:tr>
    </w:tbl>
    <w:p w14:paraId="02C07DAB" w14:textId="77777777" w:rsidR="00FC2FF6" w:rsidRPr="00411BCB" w:rsidRDefault="00411BCB">
      <w:pPr>
        <w:spacing w:before="200"/>
        <w:rPr>
          <w:lang w:val="ru-RU"/>
        </w:rPr>
      </w:pPr>
      <w:r w:rsidRPr="00411BCB">
        <w:rPr>
          <w:b/>
          <w:sz w:val="26"/>
          <w:lang w:val="ru-RU"/>
        </w:rPr>
        <w:t>7. Условия обработки персональных данных</w:t>
      </w:r>
    </w:p>
    <w:p w14:paraId="2DA1BE06" w14:textId="77777777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>7.1.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3103A8CD" w14:textId="77777777" w:rsidR="00FC2FF6" w:rsidRPr="001110C7" w:rsidRDefault="00411BCB" w:rsidP="00411BCB">
      <w:pPr>
        <w:jc w:val="both"/>
        <w:rPr>
          <w:rFonts w:cs="Times New Roman"/>
          <w:lang w:val="ru-RU"/>
        </w:rPr>
      </w:pPr>
      <w:r w:rsidRPr="00411BCB">
        <w:rPr>
          <w:lang w:val="ru-RU"/>
        </w:rPr>
        <w:t xml:space="preserve">7.2. Обработка персональных данных допускается, когда она необходима для достижения </w:t>
      </w:r>
      <w:r w:rsidRPr="001110C7">
        <w:rPr>
          <w:rFonts w:cs="Times New Roman"/>
          <w:lang w:val="ru-RU"/>
        </w:rPr>
        <w:t>целей, предусмотренных международным договором Российской Федерации или законом, и для осуществления возложенных законодательством на Оператора функций, полномочий и обязанностей.</w:t>
      </w:r>
    </w:p>
    <w:p w14:paraId="746F88ED" w14:textId="7BF7EB04" w:rsidR="00FC2FF6" w:rsidRPr="001110C7" w:rsidRDefault="00411BCB" w:rsidP="00411BCB">
      <w:pPr>
        <w:jc w:val="both"/>
        <w:rPr>
          <w:rFonts w:cs="Times New Roman"/>
          <w:lang w:val="ru-RU"/>
        </w:rPr>
      </w:pPr>
      <w:r w:rsidRPr="001110C7">
        <w:rPr>
          <w:rFonts w:cs="Times New Roman"/>
          <w:lang w:val="ru-RU"/>
        </w:rPr>
        <w:t xml:space="preserve">7.3. </w:t>
      </w:r>
      <w:r w:rsidR="001110C7" w:rsidRPr="001110C7">
        <w:rPr>
          <w:rFonts w:cs="Times New Roman"/>
          <w:szCs w:val="24"/>
          <w:lang w:val="ru-RU"/>
        </w:rPr>
        <w:t>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14:paraId="75E4DEBC" w14:textId="549F5E3B" w:rsidR="00FC2FF6" w:rsidRPr="001110C7" w:rsidRDefault="00411BCB" w:rsidP="00411BCB">
      <w:pPr>
        <w:jc w:val="both"/>
        <w:rPr>
          <w:rFonts w:cs="Times New Roman"/>
          <w:lang w:val="ru-RU"/>
        </w:rPr>
      </w:pPr>
      <w:r w:rsidRPr="001110C7">
        <w:rPr>
          <w:rFonts w:cs="Times New Roman"/>
          <w:lang w:val="ru-RU"/>
        </w:rPr>
        <w:t xml:space="preserve">7.4. </w:t>
      </w:r>
      <w:r w:rsidR="001110C7" w:rsidRPr="001110C7">
        <w:rPr>
          <w:rFonts w:cs="Times New Roman"/>
          <w:szCs w:val="24"/>
          <w:lang w:val="ru-RU"/>
        </w:rPr>
        <w:t xml:space="preserve">Обработка персональных данных необходима для исполнения договора, стороной которого либо выгодоприобретателем или </w:t>
      </w:r>
      <w:r w:rsidR="001110C7" w:rsidRPr="001110C7">
        <w:rPr>
          <w:rFonts w:cs="Times New Roman"/>
          <w:szCs w:val="24"/>
          <w:lang w:val="ru-RU"/>
        </w:rPr>
        <w:t>поручителем,</w:t>
      </w:r>
      <w:r w:rsidR="001110C7" w:rsidRPr="001110C7">
        <w:rPr>
          <w:rFonts w:cs="Times New Roman"/>
          <w:szCs w:val="24"/>
          <w:lang w:val="ru-RU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14:paraId="6841CF33" w14:textId="7364D788" w:rsidR="00FC2FF6" w:rsidRPr="001110C7" w:rsidRDefault="00411BCB" w:rsidP="00411BCB">
      <w:pPr>
        <w:jc w:val="both"/>
        <w:rPr>
          <w:rFonts w:cs="Times New Roman"/>
          <w:lang w:val="ru-RU"/>
        </w:rPr>
      </w:pPr>
      <w:r w:rsidRPr="001110C7">
        <w:rPr>
          <w:rFonts w:cs="Times New Roman"/>
          <w:lang w:val="ru-RU"/>
        </w:rPr>
        <w:t xml:space="preserve">7.5. </w:t>
      </w:r>
      <w:r w:rsidR="001110C7" w:rsidRPr="001110C7">
        <w:rPr>
          <w:rFonts w:cs="Times New Roman"/>
          <w:szCs w:val="24"/>
          <w:lang w:val="ru-RU"/>
        </w:rPr>
        <w:t>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14:paraId="3FB6CFF0" w14:textId="1A811C04" w:rsidR="00FC2FF6" w:rsidRPr="001110C7" w:rsidRDefault="00411BCB" w:rsidP="00411BCB">
      <w:pPr>
        <w:jc w:val="both"/>
        <w:rPr>
          <w:rFonts w:cs="Times New Roman"/>
          <w:lang w:val="ru-RU"/>
        </w:rPr>
      </w:pPr>
      <w:r w:rsidRPr="001110C7">
        <w:rPr>
          <w:rFonts w:cs="Times New Roman"/>
          <w:lang w:val="ru-RU"/>
        </w:rPr>
        <w:t xml:space="preserve">7.6. </w:t>
      </w:r>
      <w:r w:rsidR="001110C7" w:rsidRPr="001110C7">
        <w:rPr>
          <w:rFonts w:cs="Times New Roman"/>
          <w:szCs w:val="24"/>
          <w:lang w:val="ru-RU"/>
        </w:rPr>
        <w:t>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14:paraId="6354000E" w14:textId="5C6EBB75" w:rsidR="00FC2FF6" w:rsidRPr="001110C7" w:rsidRDefault="00411BCB" w:rsidP="00411BCB">
      <w:pPr>
        <w:jc w:val="both"/>
        <w:rPr>
          <w:rFonts w:cs="Times New Roman"/>
          <w:lang w:val="ru-RU"/>
        </w:rPr>
      </w:pPr>
      <w:r w:rsidRPr="001110C7">
        <w:rPr>
          <w:rFonts w:cs="Times New Roman"/>
          <w:lang w:val="ru-RU"/>
        </w:rPr>
        <w:t xml:space="preserve">7.7. </w:t>
      </w:r>
      <w:r w:rsidR="001110C7" w:rsidRPr="001110C7">
        <w:rPr>
          <w:rFonts w:cs="Times New Roman"/>
          <w:szCs w:val="24"/>
          <w:lang w:val="ru-RU"/>
        </w:rPr>
        <w:t>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14:paraId="2892F912" w14:textId="77777777" w:rsidR="00FC2FF6" w:rsidRPr="00411BCB" w:rsidRDefault="00411BCB">
      <w:pPr>
        <w:spacing w:before="200"/>
        <w:rPr>
          <w:lang w:val="ru-RU"/>
        </w:rPr>
      </w:pPr>
      <w:r w:rsidRPr="00411BCB">
        <w:rPr>
          <w:b/>
          <w:sz w:val="26"/>
          <w:lang w:val="ru-RU"/>
        </w:rPr>
        <w:t>8. Порядок сбора, хранения, передачи и других видов обработки персональных данных</w:t>
      </w:r>
    </w:p>
    <w:p w14:paraId="2969F52B" w14:textId="77777777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требований действующего законодательства в области защиты персональных данных.</w:t>
      </w:r>
    </w:p>
    <w:p w14:paraId="60EF2CFD" w14:textId="0570B934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8.1. Оператор обеспечивает сохранность персональных данных и принимает </w:t>
      </w:r>
      <w:r w:rsidR="001110C7">
        <w:rPr>
          <w:lang w:val="ru-RU"/>
        </w:rPr>
        <w:t xml:space="preserve">все </w:t>
      </w:r>
      <w:r w:rsidRPr="00411BCB">
        <w:rPr>
          <w:lang w:val="ru-RU"/>
        </w:rPr>
        <w:t>возможные меры, исключающие доступ к персональным данным неуполномоченных лиц.</w:t>
      </w:r>
    </w:p>
    <w:p w14:paraId="529DD2DB" w14:textId="37165D44" w:rsidR="00FC2FF6" w:rsidRPr="001110C7" w:rsidRDefault="00411BCB" w:rsidP="00411BCB">
      <w:pPr>
        <w:jc w:val="both"/>
        <w:rPr>
          <w:rFonts w:cs="Times New Roman"/>
          <w:lang w:val="ru-RU"/>
        </w:rPr>
      </w:pPr>
      <w:r w:rsidRPr="001110C7">
        <w:rPr>
          <w:rFonts w:cs="Times New Roman"/>
          <w:lang w:val="ru-RU"/>
        </w:rPr>
        <w:t xml:space="preserve">8.2. </w:t>
      </w:r>
      <w:r w:rsidR="001110C7" w:rsidRPr="001110C7">
        <w:rPr>
          <w:rFonts w:cs="Times New Roman"/>
          <w:szCs w:val="24"/>
          <w:lang w:val="ru-RU"/>
        </w:rPr>
        <w:t xml:space="preserve">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</w:t>
      </w:r>
      <w:r w:rsidR="001110C7" w:rsidRPr="001110C7">
        <w:rPr>
          <w:rFonts w:cs="Times New Roman"/>
          <w:szCs w:val="24"/>
          <w:lang w:val="ru-RU"/>
        </w:rPr>
        <w:lastRenderedPageBreak/>
        <w:t>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14:paraId="0BAEF972" w14:textId="77777777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8.3. В случае выявления неточностей в персональных данных Пользователь может актуализировать их путем направления Оператору уведомления на адрес электронной почты </w:t>
      </w:r>
      <w:proofErr w:type="spellStart"/>
      <w:r>
        <w:t>gambaryan</w:t>
      </w:r>
      <w:proofErr w:type="spellEnd"/>
      <w:r w:rsidRPr="00411BCB">
        <w:rPr>
          <w:lang w:val="ru-RU"/>
        </w:rPr>
        <w:t>.</w:t>
      </w:r>
      <w:proofErr w:type="spellStart"/>
      <w:r>
        <w:t>lilittt</w:t>
      </w:r>
      <w:proofErr w:type="spellEnd"/>
      <w:r w:rsidRPr="00411BCB">
        <w:rPr>
          <w:lang w:val="ru-RU"/>
        </w:rPr>
        <w:t>@</w:t>
      </w:r>
      <w:r>
        <w:t>mail</w:t>
      </w:r>
      <w:r w:rsidRPr="00411BCB">
        <w:rPr>
          <w:lang w:val="ru-RU"/>
        </w:rPr>
        <w:t>.</w:t>
      </w:r>
      <w:proofErr w:type="spellStart"/>
      <w:r>
        <w:t>ru</w:t>
      </w:r>
      <w:proofErr w:type="spellEnd"/>
      <w:r w:rsidRPr="00411BCB">
        <w:rPr>
          <w:lang w:val="ru-RU"/>
        </w:rPr>
        <w:t xml:space="preserve"> с пометкой «Актуализация персональных данных».</w:t>
      </w:r>
    </w:p>
    <w:p w14:paraId="52A454BE" w14:textId="3C4C380F" w:rsidR="00FC2FF6" w:rsidRPr="0067310D" w:rsidRDefault="00411BCB" w:rsidP="00411BCB">
      <w:pPr>
        <w:jc w:val="both"/>
        <w:rPr>
          <w:rFonts w:cs="Times New Roman"/>
          <w:lang w:val="ru-RU"/>
        </w:rPr>
      </w:pPr>
      <w:r w:rsidRPr="00411BCB">
        <w:rPr>
          <w:lang w:val="ru-RU"/>
        </w:rPr>
        <w:t>8.</w:t>
      </w:r>
      <w:r w:rsidRPr="0067310D">
        <w:rPr>
          <w:rFonts w:cs="Times New Roman"/>
          <w:lang w:val="ru-RU"/>
        </w:rPr>
        <w:t xml:space="preserve">4. Срок обработки персональных данных определяется достижением целей, для которых они были собраны, если иной срок не предусмотрен договором или </w:t>
      </w:r>
      <w:r w:rsidR="001110C7" w:rsidRPr="0067310D">
        <w:rPr>
          <w:rFonts w:cs="Times New Roman"/>
          <w:lang w:val="ru-RU"/>
        </w:rPr>
        <w:t xml:space="preserve">действующим </w:t>
      </w:r>
      <w:r w:rsidRPr="0067310D">
        <w:rPr>
          <w:rFonts w:cs="Times New Roman"/>
          <w:lang w:val="ru-RU"/>
        </w:rPr>
        <w:t xml:space="preserve">законодательством. Пользователь может в любой момент отозвать </w:t>
      </w:r>
      <w:r w:rsidR="001110C7" w:rsidRPr="0067310D">
        <w:rPr>
          <w:rFonts w:cs="Times New Roman"/>
          <w:lang w:val="ru-RU"/>
        </w:rPr>
        <w:t xml:space="preserve">свое </w:t>
      </w:r>
      <w:r w:rsidRPr="0067310D">
        <w:rPr>
          <w:rFonts w:cs="Times New Roman"/>
          <w:lang w:val="ru-RU"/>
        </w:rPr>
        <w:t xml:space="preserve">согласие, направив </w:t>
      </w:r>
      <w:r w:rsidR="001110C7" w:rsidRPr="0067310D">
        <w:rPr>
          <w:rFonts w:cs="Times New Roman"/>
          <w:lang w:val="ru-RU"/>
        </w:rPr>
        <w:t xml:space="preserve">Оператору </w:t>
      </w:r>
      <w:r w:rsidRPr="0067310D">
        <w:rPr>
          <w:rFonts w:cs="Times New Roman"/>
          <w:lang w:val="ru-RU"/>
        </w:rPr>
        <w:t>уведомление</w:t>
      </w:r>
      <w:r w:rsidR="001110C7" w:rsidRPr="0067310D">
        <w:rPr>
          <w:rFonts w:cs="Times New Roman"/>
          <w:lang w:val="ru-RU"/>
        </w:rPr>
        <w:t xml:space="preserve"> посредством электронной почты на электронный адрес</w:t>
      </w:r>
      <w:r w:rsidRPr="0067310D">
        <w:rPr>
          <w:rFonts w:cs="Times New Roman"/>
          <w:lang w:val="ru-RU"/>
        </w:rPr>
        <w:t xml:space="preserve"> </w:t>
      </w:r>
      <w:proofErr w:type="spellStart"/>
      <w:r w:rsidRPr="0067310D">
        <w:rPr>
          <w:rFonts w:cs="Times New Roman"/>
        </w:rPr>
        <w:t>gambaryan</w:t>
      </w:r>
      <w:proofErr w:type="spellEnd"/>
      <w:r w:rsidRPr="0067310D">
        <w:rPr>
          <w:rFonts w:cs="Times New Roman"/>
          <w:lang w:val="ru-RU"/>
        </w:rPr>
        <w:t>.</w:t>
      </w:r>
      <w:proofErr w:type="spellStart"/>
      <w:r w:rsidRPr="0067310D">
        <w:rPr>
          <w:rFonts w:cs="Times New Roman"/>
        </w:rPr>
        <w:t>lilittt</w:t>
      </w:r>
      <w:proofErr w:type="spellEnd"/>
      <w:r w:rsidRPr="0067310D">
        <w:rPr>
          <w:rFonts w:cs="Times New Roman"/>
          <w:lang w:val="ru-RU"/>
        </w:rPr>
        <w:t>@</w:t>
      </w:r>
      <w:r w:rsidRPr="0067310D">
        <w:rPr>
          <w:rFonts w:cs="Times New Roman"/>
        </w:rPr>
        <w:t>mail</w:t>
      </w:r>
      <w:r w:rsidRPr="0067310D">
        <w:rPr>
          <w:rFonts w:cs="Times New Roman"/>
          <w:lang w:val="ru-RU"/>
        </w:rPr>
        <w:t>.</w:t>
      </w:r>
      <w:proofErr w:type="spellStart"/>
      <w:r w:rsidRPr="0067310D">
        <w:rPr>
          <w:rFonts w:cs="Times New Roman"/>
        </w:rPr>
        <w:t>ru</w:t>
      </w:r>
      <w:proofErr w:type="spellEnd"/>
      <w:r w:rsidRPr="0067310D">
        <w:rPr>
          <w:rFonts w:cs="Times New Roman"/>
          <w:lang w:val="ru-RU"/>
        </w:rPr>
        <w:t xml:space="preserve"> с пометкой «Отзыв согласия на обработку персональных данных».</w:t>
      </w:r>
    </w:p>
    <w:p w14:paraId="0553DE0F" w14:textId="6E545AFC" w:rsidR="00FC2FF6" w:rsidRPr="0067310D" w:rsidRDefault="00411BCB" w:rsidP="00411BCB">
      <w:pPr>
        <w:jc w:val="both"/>
        <w:rPr>
          <w:rFonts w:cs="Times New Roman"/>
          <w:lang w:val="ru-RU"/>
        </w:rPr>
      </w:pPr>
      <w:r w:rsidRPr="0067310D">
        <w:rPr>
          <w:rFonts w:cs="Times New Roman"/>
          <w:lang w:val="ru-RU"/>
        </w:rPr>
        <w:t xml:space="preserve">8.5. </w:t>
      </w:r>
      <w:r w:rsidR="0067310D" w:rsidRPr="0067310D">
        <w:rPr>
          <w:rFonts w:cs="Times New Roman"/>
          <w:szCs w:val="24"/>
          <w:lang w:val="ru-RU"/>
        </w:rPr>
        <w:t>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 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14:paraId="7D7AA18A" w14:textId="1C1E7B4E" w:rsidR="00FC2FF6" w:rsidRPr="0067310D" w:rsidRDefault="00411BCB" w:rsidP="00411BCB">
      <w:pPr>
        <w:jc w:val="both"/>
        <w:rPr>
          <w:rFonts w:cs="Times New Roman"/>
          <w:lang w:val="ru-RU"/>
        </w:rPr>
      </w:pPr>
      <w:r w:rsidRPr="0067310D">
        <w:rPr>
          <w:rFonts w:cs="Times New Roman"/>
          <w:lang w:val="ru-RU"/>
        </w:rPr>
        <w:t xml:space="preserve">8.6. </w:t>
      </w:r>
      <w:r w:rsidR="0067310D" w:rsidRPr="0067310D">
        <w:rPr>
          <w:rFonts w:cs="Times New Roman"/>
          <w:szCs w:val="24"/>
          <w:lang w:val="ru-RU"/>
        </w:rPr>
        <w:t>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14:paraId="64941EE5" w14:textId="77777777" w:rsidR="00FC2FF6" w:rsidRPr="0067310D" w:rsidRDefault="00411BCB" w:rsidP="00411BCB">
      <w:pPr>
        <w:jc w:val="both"/>
        <w:rPr>
          <w:rFonts w:cs="Times New Roman"/>
          <w:lang w:val="ru-RU"/>
        </w:rPr>
      </w:pPr>
      <w:r w:rsidRPr="0067310D">
        <w:rPr>
          <w:rFonts w:cs="Times New Roman"/>
          <w:lang w:val="ru-RU"/>
        </w:rPr>
        <w:t>8.7. Оператор при обработке персональных данных обеспечивает их конфиденциальность.</w:t>
      </w:r>
    </w:p>
    <w:p w14:paraId="21722976" w14:textId="1A5DF59C" w:rsidR="00FC2FF6" w:rsidRPr="0067310D" w:rsidRDefault="00411BCB" w:rsidP="00411BCB">
      <w:pPr>
        <w:jc w:val="both"/>
        <w:rPr>
          <w:rFonts w:cs="Times New Roman"/>
          <w:lang w:val="ru-RU"/>
        </w:rPr>
      </w:pPr>
      <w:r w:rsidRPr="0067310D">
        <w:rPr>
          <w:rFonts w:cs="Times New Roman"/>
          <w:lang w:val="ru-RU"/>
        </w:rPr>
        <w:t xml:space="preserve">8.8. </w:t>
      </w:r>
      <w:r w:rsidR="0067310D" w:rsidRPr="0067310D">
        <w:rPr>
          <w:rFonts w:cs="Times New Roman"/>
          <w:szCs w:val="24"/>
          <w:lang w:val="ru-RU"/>
        </w:rPr>
        <w:t xml:space="preserve">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r w:rsidR="0067310D" w:rsidRPr="0067310D">
        <w:rPr>
          <w:rFonts w:cs="Times New Roman"/>
          <w:szCs w:val="24"/>
          <w:lang w:val="ru-RU"/>
        </w:rPr>
        <w:t>поручителем,</w:t>
      </w:r>
      <w:r w:rsidR="0067310D" w:rsidRPr="0067310D">
        <w:rPr>
          <w:rFonts w:cs="Times New Roman"/>
          <w:szCs w:val="24"/>
          <w:lang w:val="ru-RU"/>
        </w:rPr>
        <w:t xml:space="preserve"> по которому является субъект персональных данных.</w:t>
      </w:r>
    </w:p>
    <w:p w14:paraId="33AD476B" w14:textId="2055DA7E" w:rsidR="00FC2FF6" w:rsidRPr="0067310D" w:rsidRDefault="00411BCB" w:rsidP="00411BCB">
      <w:pPr>
        <w:jc w:val="both"/>
        <w:rPr>
          <w:rFonts w:cs="Times New Roman"/>
          <w:lang w:val="ru-RU"/>
        </w:rPr>
      </w:pPr>
      <w:r w:rsidRPr="0067310D">
        <w:rPr>
          <w:rFonts w:cs="Times New Roman"/>
          <w:lang w:val="ru-RU"/>
        </w:rPr>
        <w:t xml:space="preserve">8.9. </w:t>
      </w:r>
      <w:r w:rsidR="0067310D" w:rsidRPr="0067310D">
        <w:rPr>
          <w:rFonts w:cs="Times New Roman"/>
          <w:szCs w:val="24"/>
          <w:lang w:val="ru-RU"/>
        </w:rPr>
        <w:t>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14:paraId="1999AC84" w14:textId="118ECDD9" w:rsidR="00FC2FF6" w:rsidRPr="00411BCB" w:rsidRDefault="00411BCB">
      <w:pPr>
        <w:spacing w:before="200"/>
        <w:rPr>
          <w:lang w:val="ru-RU"/>
        </w:rPr>
      </w:pPr>
      <w:r w:rsidRPr="00411BCB">
        <w:rPr>
          <w:b/>
          <w:sz w:val="26"/>
          <w:lang w:val="ru-RU"/>
        </w:rPr>
        <w:t>9. Перечень действий, производимых Оператором с полученными</w:t>
      </w:r>
      <w:r w:rsidR="0067310D">
        <w:rPr>
          <w:b/>
          <w:sz w:val="26"/>
          <w:lang w:val="ru-RU"/>
        </w:rPr>
        <w:t xml:space="preserve"> </w:t>
      </w:r>
      <w:r w:rsidRPr="00411BCB">
        <w:rPr>
          <w:b/>
          <w:sz w:val="26"/>
          <w:lang w:val="ru-RU"/>
        </w:rPr>
        <w:t>персональными данными</w:t>
      </w:r>
    </w:p>
    <w:p w14:paraId="377BF2DC" w14:textId="2E88C7EF" w:rsidR="00FC2FF6" w:rsidRPr="0067310D" w:rsidRDefault="00411BCB" w:rsidP="00411BCB">
      <w:pPr>
        <w:jc w:val="both"/>
        <w:rPr>
          <w:rFonts w:cs="Times New Roman"/>
          <w:lang w:val="ru-RU"/>
        </w:rPr>
      </w:pPr>
      <w:r w:rsidRPr="0067310D">
        <w:rPr>
          <w:rFonts w:cs="Times New Roman"/>
          <w:lang w:val="ru-RU"/>
        </w:rPr>
        <w:t xml:space="preserve">9.1. </w:t>
      </w:r>
      <w:r w:rsidR="0067310D" w:rsidRPr="0067310D">
        <w:rPr>
          <w:rFonts w:cs="Times New Roman"/>
          <w:szCs w:val="24"/>
          <w:lang w:val="ru-RU"/>
        </w:rPr>
        <w:t>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14:paraId="2920B086" w14:textId="7963772D" w:rsidR="00FC2FF6" w:rsidRPr="0067310D" w:rsidRDefault="00411BCB" w:rsidP="00411BCB">
      <w:pPr>
        <w:jc w:val="both"/>
        <w:rPr>
          <w:rFonts w:cs="Times New Roman"/>
          <w:lang w:val="ru-RU"/>
        </w:rPr>
      </w:pPr>
      <w:r w:rsidRPr="0067310D">
        <w:rPr>
          <w:rFonts w:cs="Times New Roman"/>
          <w:lang w:val="ru-RU"/>
        </w:rPr>
        <w:lastRenderedPageBreak/>
        <w:t xml:space="preserve">9.2. </w:t>
      </w:r>
      <w:r w:rsidR="0067310D" w:rsidRPr="0067310D">
        <w:rPr>
          <w:rFonts w:cs="Times New Roman"/>
          <w:szCs w:val="24"/>
          <w:lang w:val="ru-RU"/>
        </w:rPr>
        <w:t>Оператор осуществляет автоматизированную обработку персональных данных с получением и/или передачей полученной информации по информационно-телекоммуникационным сетям или без таковой.</w:t>
      </w:r>
    </w:p>
    <w:p w14:paraId="6620CCE9" w14:textId="77777777" w:rsidR="00FC2FF6" w:rsidRPr="00411BCB" w:rsidRDefault="00411BCB">
      <w:pPr>
        <w:spacing w:before="200"/>
        <w:rPr>
          <w:lang w:val="ru-RU"/>
        </w:rPr>
      </w:pPr>
      <w:r w:rsidRPr="00411BCB">
        <w:rPr>
          <w:b/>
          <w:sz w:val="26"/>
          <w:lang w:val="ru-RU"/>
        </w:rPr>
        <w:t>10. Трансграничная передача персональных данных</w:t>
      </w:r>
    </w:p>
    <w:p w14:paraId="1361E462" w14:textId="7FE1C1C3" w:rsidR="00FC2FF6" w:rsidRPr="0067310D" w:rsidRDefault="00411BCB" w:rsidP="00411BCB">
      <w:pPr>
        <w:jc w:val="both"/>
        <w:rPr>
          <w:rFonts w:cs="Times New Roman"/>
          <w:lang w:val="ru-RU"/>
        </w:rPr>
      </w:pPr>
      <w:r w:rsidRPr="0067310D">
        <w:rPr>
          <w:rFonts w:cs="Times New Roman"/>
          <w:lang w:val="ru-RU"/>
        </w:rPr>
        <w:t xml:space="preserve">10.1. </w:t>
      </w:r>
      <w:r w:rsidR="0067310D" w:rsidRPr="0067310D">
        <w:rPr>
          <w:rFonts w:cs="Times New Roman"/>
          <w:szCs w:val="24"/>
          <w:lang w:val="ru-RU"/>
        </w:rPr>
        <w:t>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14:paraId="2D833FFF" w14:textId="61C25A49" w:rsidR="00FC2FF6" w:rsidRPr="0067310D" w:rsidRDefault="00411BCB" w:rsidP="00411BCB">
      <w:pPr>
        <w:jc w:val="both"/>
        <w:rPr>
          <w:rFonts w:cs="Times New Roman"/>
          <w:lang w:val="ru-RU"/>
        </w:rPr>
      </w:pPr>
      <w:r w:rsidRPr="0067310D">
        <w:rPr>
          <w:rFonts w:cs="Times New Roman"/>
          <w:lang w:val="ru-RU"/>
        </w:rPr>
        <w:t xml:space="preserve">10.2. </w:t>
      </w:r>
      <w:r w:rsidR="0067310D" w:rsidRPr="0067310D">
        <w:rPr>
          <w:rFonts w:cs="Times New Roman"/>
          <w:szCs w:val="24"/>
          <w:lang w:val="ru-RU"/>
        </w:rPr>
        <w:t>Оператор до подачи вышеуказанного уведомления, обязан получить от 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1F3ADC8D" w14:textId="77777777" w:rsidR="00FC2FF6" w:rsidRPr="00411BCB" w:rsidRDefault="00411BCB">
      <w:pPr>
        <w:spacing w:before="200"/>
        <w:rPr>
          <w:lang w:val="ru-RU"/>
        </w:rPr>
      </w:pPr>
      <w:r w:rsidRPr="00411BCB">
        <w:rPr>
          <w:b/>
          <w:sz w:val="26"/>
          <w:lang w:val="ru-RU"/>
        </w:rPr>
        <w:t>11. Конфиденциальность персональных данных</w:t>
      </w:r>
    </w:p>
    <w:p w14:paraId="302BC891" w14:textId="77777777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1ABA371F" w14:textId="77777777" w:rsidR="00FC2FF6" w:rsidRPr="00411BCB" w:rsidRDefault="00411BCB">
      <w:pPr>
        <w:spacing w:before="200"/>
        <w:rPr>
          <w:lang w:val="ru-RU"/>
        </w:rPr>
      </w:pPr>
      <w:r w:rsidRPr="00411BCB">
        <w:rPr>
          <w:b/>
          <w:sz w:val="26"/>
          <w:lang w:val="ru-RU"/>
        </w:rPr>
        <w:t>12. Заключительные положения</w:t>
      </w:r>
    </w:p>
    <w:p w14:paraId="74E16EEF" w14:textId="582B0427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12.1. Пользователь может получить </w:t>
      </w:r>
      <w:r w:rsidR="0067310D">
        <w:rPr>
          <w:lang w:val="ru-RU"/>
        </w:rPr>
        <w:t xml:space="preserve">любые </w:t>
      </w:r>
      <w:r w:rsidRPr="00411BCB">
        <w:rPr>
          <w:lang w:val="ru-RU"/>
        </w:rPr>
        <w:t xml:space="preserve">разъяснения по вопросам, касающимся обработки его персональных данных, обратившись к Оператору по электронной почте: </w:t>
      </w:r>
      <w:proofErr w:type="spellStart"/>
      <w:r>
        <w:t>gambaryan</w:t>
      </w:r>
      <w:proofErr w:type="spellEnd"/>
      <w:r w:rsidRPr="00411BCB">
        <w:rPr>
          <w:lang w:val="ru-RU"/>
        </w:rPr>
        <w:t>.</w:t>
      </w:r>
      <w:proofErr w:type="spellStart"/>
      <w:r>
        <w:t>lilittt</w:t>
      </w:r>
      <w:proofErr w:type="spellEnd"/>
      <w:r w:rsidRPr="00411BCB">
        <w:rPr>
          <w:lang w:val="ru-RU"/>
        </w:rPr>
        <w:t>@</w:t>
      </w:r>
      <w:r>
        <w:t>mail</w:t>
      </w:r>
      <w:r w:rsidRPr="00411BCB">
        <w:rPr>
          <w:lang w:val="ru-RU"/>
        </w:rPr>
        <w:t>.</w:t>
      </w:r>
      <w:proofErr w:type="spellStart"/>
      <w:r>
        <w:t>ru</w:t>
      </w:r>
      <w:proofErr w:type="spellEnd"/>
      <w:r w:rsidRPr="00411BCB">
        <w:rPr>
          <w:lang w:val="ru-RU"/>
        </w:rPr>
        <w:t>.</w:t>
      </w:r>
    </w:p>
    <w:p w14:paraId="0769BC64" w14:textId="58B7DC72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12.2. В данном документе отражаются </w:t>
      </w:r>
      <w:r w:rsidR="0067310D">
        <w:rPr>
          <w:lang w:val="ru-RU"/>
        </w:rPr>
        <w:t xml:space="preserve">любые </w:t>
      </w:r>
      <w:r w:rsidRPr="00411BCB">
        <w:rPr>
          <w:lang w:val="ru-RU"/>
        </w:rPr>
        <w:t>изменения политики обработки персональных данных Оператором. Политика действует бессрочно до замены ее новой версией.</w:t>
      </w:r>
    </w:p>
    <w:p w14:paraId="35FF1FC4" w14:textId="7C7CDC9D" w:rsidR="00FC2FF6" w:rsidRPr="00411BCB" w:rsidRDefault="00411BCB" w:rsidP="00411BCB">
      <w:pPr>
        <w:jc w:val="both"/>
        <w:rPr>
          <w:lang w:val="ru-RU"/>
        </w:rPr>
      </w:pPr>
      <w:r w:rsidRPr="00411BCB">
        <w:rPr>
          <w:lang w:val="ru-RU"/>
        </w:rPr>
        <w:t xml:space="preserve">12.3. Актуальная версия Политики </w:t>
      </w:r>
      <w:r w:rsidR="0067310D">
        <w:rPr>
          <w:lang w:val="ru-RU"/>
        </w:rPr>
        <w:t>в свободном доступе расположена в сети Интернет по адресу</w:t>
      </w:r>
      <w:r>
        <w:rPr>
          <w:lang w:val="ru-RU"/>
        </w:rPr>
        <w:t xml:space="preserve">: </w:t>
      </w:r>
      <w:proofErr w:type="spellStart"/>
      <w:proofErr w:type="gramStart"/>
      <w:r>
        <w:rPr>
          <w:lang w:val="ru-RU"/>
        </w:rPr>
        <w:t>чиллхаус.рф</w:t>
      </w:r>
      <w:proofErr w:type="spellEnd"/>
      <w:proofErr w:type="gramEnd"/>
    </w:p>
    <w:p w14:paraId="177283D6" w14:textId="5D28630D" w:rsidR="00FC2FF6" w:rsidRPr="00411BCB" w:rsidRDefault="00FC2FF6">
      <w:pPr>
        <w:rPr>
          <w:lang w:val="ru-RU"/>
        </w:rPr>
      </w:pPr>
    </w:p>
    <w:sectPr w:rsidR="00FC2FF6" w:rsidRPr="00411BCB" w:rsidSect="00034616">
      <w:footerReference w:type="even" r:id="rId8"/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7DEAC" w14:textId="77777777" w:rsidR="007345F2" w:rsidRDefault="007345F2" w:rsidP="0067310D">
      <w:pPr>
        <w:spacing w:after="0" w:line="240" w:lineRule="auto"/>
      </w:pPr>
      <w:r>
        <w:separator/>
      </w:r>
    </w:p>
  </w:endnote>
  <w:endnote w:type="continuationSeparator" w:id="0">
    <w:p w14:paraId="222BE4B4" w14:textId="77777777" w:rsidR="007345F2" w:rsidRDefault="007345F2" w:rsidP="00673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8"/>
      </w:rPr>
      <w:id w:val="1755861865"/>
      <w:docPartObj>
        <w:docPartGallery w:val="Page Numbers (Bottom of Page)"/>
        <w:docPartUnique/>
      </w:docPartObj>
    </w:sdtPr>
    <w:sdtContent>
      <w:p w14:paraId="1AC387C1" w14:textId="3DD876DB" w:rsidR="0067310D" w:rsidRDefault="0067310D" w:rsidP="00806A29">
        <w:pPr>
          <w:pStyle w:val="a7"/>
          <w:framePr w:wrap="none" w:vAnchor="text" w:hAnchor="margin" w:xAlign="right" w:y="1"/>
          <w:rPr>
            <w:rStyle w:val="aff8"/>
          </w:rPr>
        </w:pPr>
        <w:r>
          <w:rPr>
            <w:rStyle w:val="aff8"/>
          </w:rPr>
          <w:fldChar w:fldCharType="begin"/>
        </w:r>
        <w:r>
          <w:rPr>
            <w:rStyle w:val="aff8"/>
          </w:rPr>
          <w:instrText xml:space="preserve"> PAGE </w:instrText>
        </w:r>
        <w:r>
          <w:rPr>
            <w:rStyle w:val="aff8"/>
          </w:rPr>
          <w:fldChar w:fldCharType="end"/>
        </w:r>
      </w:p>
    </w:sdtContent>
  </w:sdt>
  <w:p w14:paraId="52A839F0" w14:textId="77777777" w:rsidR="0067310D" w:rsidRDefault="0067310D" w:rsidP="0067310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8"/>
      </w:rPr>
      <w:id w:val="329643561"/>
      <w:docPartObj>
        <w:docPartGallery w:val="Page Numbers (Bottom of Page)"/>
        <w:docPartUnique/>
      </w:docPartObj>
    </w:sdtPr>
    <w:sdtContent>
      <w:p w14:paraId="433EDE36" w14:textId="70458F93" w:rsidR="0067310D" w:rsidRDefault="0067310D" w:rsidP="00806A29">
        <w:pPr>
          <w:pStyle w:val="a7"/>
          <w:framePr w:wrap="none" w:vAnchor="text" w:hAnchor="margin" w:xAlign="right" w:y="1"/>
          <w:rPr>
            <w:rStyle w:val="aff8"/>
          </w:rPr>
        </w:pPr>
        <w:r>
          <w:rPr>
            <w:rStyle w:val="aff8"/>
          </w:rPr>
          <w:fldChar w:fldCharType="begin"/>
        </w:r>
        <w:r>
          <w:rPr>
            <w:rStyle w:val="aff8"/>
          </w:rPr>
          <w:instrText xml:space="preserve"> PAGE </w:instrText>
        </w:r>
        <w:r>
          <w:rPr>
            <w:rStyle w:val="aff8"/>
          </w:rPr>
          <w:fldChar w:fldCharType="separate"/>
        </w:r>
        <w:r>
          <w:rPr>
            <w:rStyle w:val="aff8"/>
            <w:noProof/>
          </w:rPr>
          <w:t>1</w:t>
        </w:r>
        <w:r>
          <w:rPr>
            <w:rStyle w:val="aff8"/>
          </w:rPr>
          <w:fldChar w:fldCharType="end"/>
        </w:r>
      </w:p>
    </w:sdtContent>
  </w:sdt>
  <w:p w14:paraId="6A51127B" w14:textId="77777777" w:rsidR="0067310D" w:rsidRDefault="0067310D" w:rsidP="0067310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0177A" w14:textId="77777777" w:rsidR="007345F2" w:rsidRDefault="007345F2" w:rsidP="0067310D">
      <w:pPr>
        <w:spacing w:after="0" w:line="240" w:lineRule="auto"/>
      </w:pPr>
      <w:r>
        <w:separator/>
      </w:r>
    </w:p>
  </w:footnote>
  <w:footnote w:type="continuationSeparator" w:id="0">
    <w:p w14:paraId="63F65844" w14:textId="77777777" w:rsidR="007345F2" w:rsidRDefault="007345F2" w:rsidP="00673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10C7"/>
    <w:rsid w:val="0015074B"/>
    <w:rsid w:val="00235342"/>
    <w:rsid w:val="0029639D"/>
    <w:rsid w:val="00326F90"/>
    <w:rsid w:val="003B0A78"/>
    <w:rsid w:val="00411BCB"/>
    <w:rsid w:val="0067310D"/>
    <w:rsid w:val="007345F2"/>
    <w:rsid w:val="00A3373C"/>
    <w:rsid w:val="00AA1D8D"/>
    <w:rsid w:val="00B47730"/>
    <w:rsid w:val="00C626C6"/>
    <w:rsid w:val="00CB0664"/>
    <w:rsid w:val="00FC2F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C1523"/>
  <w14:defaultImageDpi w14:val="300"/>
  <w15:docId w15:val="{107D8C15-F9CB-A349-9F64-196C2760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page number"/>
    <w:basedOn w:val="a2"/>
    <w:uiPriority w:val="99"/>
    <w:semiHidden/>
    <w:unhideWhenUsed/>
    <w:rsid w:val="00673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2540</Words>
  <Characters>14479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Johngertner@outlook.com</cp:lastModifiedBy>
  <cp:revision>8</cp:revision>
  <dcterms:created xsi:type="dcterms:W3CDTF">2026-09-28T15:55:00Z</dcterms:created>
  <dcterms:modified xsi:type="dcterms:W3CDTF">2026-09-30T08:06:00Z</dcterms:modified>
  <cp:category/>
</cp:coreProperties>
</file>